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הסיפור - פתיחה, התפתחות, שיא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במחסן מילים - מילות קישור ופעלי דיבור מגוונים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ולכתוב פתיח סיפור בהשראת משפט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פתיחה, סוף או תפנית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דמות, מקום ובעיה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משחק שמראה את שלבי הסיפור כמו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מילות קישור, שפה ציורית ופעלי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לתלמידי חנ"מ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במאגר יש 90 סופים ו-50 תפניות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מסלולים ליסודי, חט"ב ותיכון בשלוש גרסאות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בתיאור מחסן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כל קטע נפתח אחרי משימה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שלוש גרסאות: רגיל, חנ"מ ועולים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תפנית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(המשפט הראשון שפותח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(המשפט שמסיים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(שינוי מפתיע באמצע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(אוסף מילות קישור ופעלי 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(כלי שמגריל דמות, מקום ובעיה)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הצגת הדמות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התפתחות - מתחילה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 - הרגע המתוח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ירידה - הבעיה מתחילה להיפתר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- הסוף של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דמות ברורה, מקום מתואר, בעיה מוגדרת ורעיון לסיום המתחבר לפתיחה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מבין/ה שסוף מסיים את הסיפור ותפנית היא שינוי באמצע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דמות, מקום ובעיה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פועל דיבור תקין כמו לחש, קרא, מלמל, צעק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את השיעור בהגרלת משפט פתיחה משותף ולדון בו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הסידור (הר הסיפור) לפני 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חנ"מ אפשר לוותר על הפריטים המסומנים כקשים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משפטים שעוזרים לכתוב סיפור: פתיחה, סוף, או תפנית באמצע. יש גם מילים וכלים שעוזרים לכתוב.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הראשון שפותח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שמסיים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מפתיע באמצע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קוביות סיפור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שמגריל דמות, מקום ובעיה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 הסיפור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שמראה את שלבי הסיפור כמו 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מחסן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של מילות קישור, שפה ציורית ופעלי דיבור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שמחברות בין משפטים ברצף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פעלי דיבור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פעלים שמחליפים את המילה אמר, כמו לחש או קרא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להגריל בגלגל?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פתיחה, סוף או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דמות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בקוביות?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תאריך וזמן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דמות, מקום ובעיה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הר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שמראה את שלבי הסיפור כמו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בשש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דף שורות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במחסן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מילות קישור, שפה ציורית ופעלי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פתיחות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קוביות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מתאים רצף התמונות?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לתלמידי חנ"מ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לתלמידי תיכון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לעולים חדשים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לכל המסלולים באותה צורה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במאגר יש 50 סופים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מחברת הכתיבה נשמרת על המכשיר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באתר תשעה מסלולי כתיבה לפי שכבה וסוג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המילון במחסן המילים קיים בשש שפות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 חנ"מ הכתיבה מתבצעת במקטעים קטנים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דף תרגול יש רק גרסה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קובייה בקוביות הסיפור מציגה דמות, מקום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השלב המתוח ביותר בסיפור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המשפט הראשון שפותח את הסיפור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במקום המילה 'אמר' אפשר להשתמש בפועל דיבור כמו '__________'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שינוי מפתיע באמצע הסיפור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המשפט שמסיים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אוסף מילות קישור ופעלי 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שמגריל דמות, מקום ובעיה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מחסן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המשפט הראשון שפותח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קוביות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שינוי מפתיע באמצע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- מתחילה בעיה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ירידה - הבעיה מתחילה להיפתר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הצגת הדמות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- הסוף של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הרגע המתוח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משפט פתיחה (למשל: דלת ישנה נפתחה לאט), ותכננו סיפור קצר: מי הדמות, מה המקום, מה הבעיה ואיך הסיפור ייגמר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סוף לתפנית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שלושת החלקים שמופיעים בקובייית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דיבור אחד שאינו 'אמר'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פותחים סיפור · סוגרים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