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 - פתיחה, התפתחות, שיא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במחסן מילים - מילות קישור ופעלי דיבור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פתיח סיפור בהשראת 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 ובעיה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מסלולים ליסודי, חט"ב ותיכון בשלוש גרסאות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מחסן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(המשפט הראשון שפותח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(המשפט שמסיים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(שינוי מפתיע באמצע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(אוסף מילות קישור ופעלי דיבור)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- הבעיה מתחילה להיפתר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מבין/ה שסוף מסיים את הסיפור ותפנית היא שינוי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דמות, מקום ובעיה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דיבור תקין כמו לחש, קרא, מלמל, צעק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בהגרלת משפט פתיחה משותף ולדון בו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(הר הסיפור)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אפשר להגריל משפטי פתיחה, סוף או תפנית, ולהשתמש בקוביות סיפור, במחסן מילים ובמחברת כתיבה כדי לכתוב סיפור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בעיה  ·  פתיחה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מגרילים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כוללות 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תאריך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מחברת הכתיבה נשמרת על המכשיר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באתר תשעה מסלולי כתיבה לפי שכבה וסוג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המילון במחסן המילים קיים בשש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קובייה בקוביות הסיפור מציגה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הראשון שפותח את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אוסף מילות קישור ופעלי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 מפתיע באמצע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המשפט הראשון שפותח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מחסן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המשפט שמסיים את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ירידה - הבעיה מתחילה להיפתר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הצגת הדמות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- מתחילה 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הרגע המתוח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סוף לתפנית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החלקים שמופיעים בקובייית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